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3B724D" w14:textId="1D3938DB" w:rsidR="007B727A" w:rsidRPr="00FC72E9" w:rsidRDefault="00252BD0" w:rsidP="00FC72E9">
      <w:pPr>
        <w:pBdr>
          <w:bottom w:val="single" w:sz="4" w:space="1" w:color="auto"/>
        </w:pBdr>
        <w:rPr>
          <w:b/>
          <w:bCs/>
          <w:color w:val="FFC000"/>
          <w:sz w:val="28"/>
          <w:szCs w:val="28"/>
          <w:lang w:val="nl-NL"/>
        </w:rPr>
      </w:pPr>
      <w:r w:rsidRPr="00FC72E9">
        <w:rPr>
          <w:b/>
          <w:bCs/>
          <w:color w:val="FFC000"/>
          <w:sz w:val="28"/>
          <w:szCs w:val="28"/>
          <w:lang w:val="nl-NL"/>
        </w:rPr>
        <w:t xml:space="preserve">Mini </w:t>
      </w:r>
      <w:r w:rsidR="00447446">
        <w:rPr>
          <w:b/>
          <w:bCs/>
          <w:color w:val="FFC000"/>
          <w:sz w:val="28"/>
          <w:szCs w:val="28"/>
          <w:lang w:val="nl-NL"/>
        </w:rPr>
        <w:t>gids</w:t>
      </w:r>
      <w:r w:rsidRPr="00FC72E9">
        <w:rPr>
          <w:b/>
          <w:bCs/>
          <w:color w:val="FFC000"/>
          <w:sz w:val="28"/>
          <w:szCs w:val="28"/>
          <w:lang w:val="nl-NL"/>
        </w:rPr>
        <w:t xml:space="preserve"> – Jouw Week met Meer Rust &amp; Richting</w:t>
      </w:r>
    </w:p>
    <w:p w14:paraId="369CC7D1" w14:textId="5E83EA76" w:rsidR="007B727A" w:rsidRPr="00FC72E9" w:rsidRDefault="00252BD0" w:rsidP="00FC72E9">
      <w:pPr>
        <w:spacing w:after="0" w:line="240" w:lineRule="auto"/>
        <w:rPr>
          <w:lang w:val="nl-NL"/>
        </w:rPr>
      </w:pPr>
      <w:r w:rsidRPr="00FC72E9">
        <w:rPr>
          <w:b/>
          <w:lang w:val="nl-NL"/>
        </w:rPr>
        <w:t xml:space="preserve">Deze </w:t>
      </w:r>
      <w:r w:rsidR="00447446">
        <w:rPr>
          <w:b/>
          <w:lang w:val="nl-NL"/>
        </w:rPr>
        <w:t>gids</w:t>
      </w:r>
      <w:r w:rsidRPr="00FC72E9">
        <w:rPr>
          <w:b/>
          <w:lang w:val="nl-NL"/>
        </w:rPr>
        <w:t xml:space="preserve"> kost je ongeveer </w:t>
      </w:r>
      <w:r w:rsidR="001E6981">
        <w:rPr>
          <w:b/>
          <w:lang w:val="nl-NL"/>
        </w:rPr>
        <w:t>5</w:t>
      </w:r>
      <w:r w:rsidRPr="00FC72E9">
        <w:rPr>
          <w:b/>
          <w:lang w:val="nl-NL"/>
        </w:rPr>
        <w:t xml:space="preserve"> minuten. </w:t>
      </w:r>
      <w:r w:rsidRPr="00FC72E9">
        <w:rPr>
          <w:lang w:val="nl-NL"/>
        </w:rPr>
        <w:t>Het doel is niet om méér te doen, maar om aan het einde van de week te voelen dat je vooruit bent gekomen.</w:t>
      </w:r>
    </w:p>
    <w:p w14:paraId="1C1CF6EF" w14:textId="77777777" w:rsidR="00FC72E9" w:rsidRDefault="00FC72E9" w:rsidP="00FC72E9">
      <w:pPr>
        <w:spacing w:after="0" w:line="240" w:lineRule="auto"/>
        <w:rPr>
          <w:sz w:val="24"/>
          <w:szCs w:val="24"/>
          <w:lang w:val="nl-NL"/>
        </w:rPr>
      </w:pPr>
    </w:p>
    <w:p w14:paraId="37AA8095" w14:textId="32A9187B" w:rsidR="007B727A" w:rsidRPr="00FC72E9" w:rsidRDefault="00252BD0" w:rsidP="00FC72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sz w:val="24"/>
          <w:szCs w:val="24"/>
          <w:lang w:val="nl-NL"/>
        </w:rPr>
      </w:pPr>
      <w:r w:rsidRPr="00FC72E9">
        <w:rPr>
          <w:sz w:val="24"/>
          <w:szCs w:val="24"/>
          <w:lang w:val="nl-NL"/>
        </w:rPr>
        <w:t>1. Wanneer is deze week voor jou geslaagd?</w:t>
      </w:r>
    </w:p>
    <w:p w14:paraId="23139DEF" w14:textId="77777777" w:rsidR="007B727A" w:rsidRPr="00FC72E9" w:rsidRDefault="00252BD0" w:rsidP="00FC72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lang w:val="nl-NL"/>
        </w:rPr>
      </w:pPr>
      <w:r w:rsidRPr="00FC72E9">
        <w:rPr>
          <w:lang w:val="nl-NL"/>
        </w:rPr>
        <w:t>Beschrijf in 2 of 3 zinnen hoe je je aan het einde van de week wilt voelen.</w:t>
      </w:r>
    </w:p>
    <w:p w14:paraId="429EB071" w14:textId="12DA3E55" w:rsidR="007B727A" w:rsidRPr="00447446" w:rsidRDefault="007B727A" w:rsidP="00FC72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lang w:val="nl-NL"/>
        </w:rPr>
      </w:pPr>
    </w:p>
    <w:p w14:paraId="17E98DB1" w14:textId="75ED70FA" w:rsidR="00FC72E9" w:rsidRPr="00447446" w:rsidRDefault="00FC72E9" w:rsidP="00FC72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lang w:val="nl-NL"/>
        </w:rPr>
      </w:pPr>
    </w:p>
    <w:p w14:paraId="49B29C4E" w14:textId="77777777" w:rsidR="00FC72E9" w:rsidRPr="00447446" w:rsidRDefault="00FC72E9" w:rsidP="00FC72E9">
      <w:pPr>
        <w:spacing w:after="0" w:line="240" w:lineRule="auto"/>
        <w:rPr>
          <w:lang w:val="nl-NL"/>
        </w:rPr>
      </w:pPr>
    </w:p>
    <w:p w14:paraId="5CE3B7FD" w14:textId="77777777" w:rsidR="007B727A" w:rsidRPr="00FC72E9" w:rsidRDefault="00252BD0" w:rsidP="00FC72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sz w:val="24"/>
          <w:szCs w:val="24"/>
          <w:lang w:val="nl-NL"/>
        </w:rPr>
      </w:pPr>
      <w:r w:rsidRPr="00FC72E9">
        <w:rPr>
          <w:sz w:val="24"/>
          <w:szCs w:val="24"/>
          <w:lang w:val="nl-NL"/>
        </w:rPr>
        <w:t>2. Wat zijn de 3 belangrijkste dingen die deze week echt verschil maken?</w:t>
      </w:r>
    </w:p>
    <w:p w14:paraId="2716560E" w14:textId="77777777" w:rsidR="007B727A" w:rsidRPr="00FC72E9" w:rsidRDefault="00252BD0" w:rsidP="00FC72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lang w:val="nl-NL"/>
        </w:rPr>
      </w:pPr>
      <w:r w:rsidRPr="00FC72E9">
        <w:rPr>
          <w:lang w:val="nl-NL"/>
        </w:rPr>
        <w:t>Schrijf alleen op wat de meeste rust of vooruitgang oplevert.</w:t>
      </w:r>
    </w:p>
    <w:p w14:paraId="3910D02F" w14:textId="67A8E348" w:rsidR="00FC72E9" w:rsidRDefault="00FC72E9" w:rsidP="00FC72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lang w:val="nl-NL"/>
        </w:rPr>
      </w:pPr>
    </w:p>
    <w:p w14:paraId="78F855C1" w14:textId="77777777" w:rsidR="00FC72E9" w:rsidRDefault="00FC72E9" w:rsidP="00FC72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lang w:val="nl-NL"/>
        </w:rPr>
      </w:pPr>
    </w:p>
    <w:p w14:paraId="35721310" w14:textId="77777777" w:rsidR="00FC72E9" w:rsidRDefault="00FC72E9" w:rsidP="00FC72E9">
      <w:pPr>
        <w:spacing w:after="0" w:line="240" w:lineRule="auto"/>
        <w:rPr>
          <w:sz w:val="24"/>
          <w:szCs w:val="24"/>
          <w:lang w:val="nl-NL"/>
        </w:rPr>
      </w:pPr>
    </w:p>
    <w:p w14:paraId="7B6A359E" w14:textId="69FEB663" w:rsidR="007B727A" w:rsidRPr="00FC72E9" w:rsidRDefault="00252BD0" w:rsidP="00FC72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sz w:val="24"/>
          <w:szCs w:val="24"/>
          <w:lang w:val="nl-NL"/>
        </w:rPr>
      </w:pPr>
      <w:r w:rsidRPr="00FC72E9">
        <w:rPr>
          <w:sz w:val="24"/>
          <w:szCs w:val="24"/>
          <w:lang w:val="nl-NL"/>
        </w:rPr>
        <w:t>3. Wat is de allereerste kleine stap die je vandaag al kunt zetten?</w:t>
      </w:r>
    </w:p>
    <w:p w14:paraId="3497E469" w14:textId="77777777" w:rsidR="007B727A" w:rsidRPr="00FC72E9" w:rsidRDefault="00252BD0" w:rsidP="00FC72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lang w:val="nl-NL"/>
        </w:rPr>
      </w:pPr>
      <w:r w:rsidRPr="00FC72E9">
        <w:rPr>
          <w:lang w:val="nl-NL"/>
        </w:rPr>
        <w:t>Maak hem zo klein dat je bijna geen reden hebt om hem uit te stellen.</w:t>
      </w:r>
    </w:p>
    <w:p w14:paraId="25C2D730" w14:textId="77777777" w:rsidR="00FC72E9" w:rsidRDefault="00FC72E9" w:rsidP="00FC72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lang w:val="nl-NL"/>
        </w:rPr>
      </w:pPr>
    </w:p>
    <w:p w14:paraId="4DF47A4C" w14:textId="41F42457" w:rsidR="00FC72E9" w:rsidRDefault="00FC72E9" w:rsidP="00FC72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lang w:val="nl-NL"/>
        </w:rPr>
      </w:pPr>
    </w:p>
    <w:p w14:paraId="20CCB868" w14:textId="77777777" w:rsidR="00FC72E9" w:rsidRDefault="00FC72E9" w:rsidP="00FC72E9">
      <w:pPr>
        <w:spacing w:after="0" w:line="240" w:lineRule="auto"/>
        <w:rPr>
          <w:sz w:val="24"/>
          <w:szCs w:val="24"/>
          <w:lang w:val="nl-NL"/>
        </w:rPr>
      </w:pPr>
    </w:p>
    <w:p w14:paraId="3DC73487" w14:textId="337B6B36" w:rsidR="007B727A" w:rsidRPr="00FC72E9" w:rsidRDefault="00252BD0" w:rsidP="00FC72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sz w:val="24"/>
          <w:szCs w:val="24"/>
          <w:lang w:val="nl-NL"/>
        </w:rPr>
      </w:pPr>
      <w:r w:rsidRPr="00FC72E9">
        <w:rPr>
          <w:sz w:val="24"/>
          <w:szCs w:val="24"/>
          <w:lang w:val="nl-NL"/>
        </w:rPr>
        <w:t>4. Waar ga je bewust tijd voor vrijmaken?</w:t>
      </w:r>
    </w:p>
    <w:p w14:paraId="1E3702ED" w14:textId="77777777" w:rsidR="007B727A" w:rsidRPr="00FC72E9" w:rsidRDefault="00252BD0" w:rsidP="00FC72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lang w:val="nl-NL"/>
        </w:rPr>
      </w:pPr>
      <w:r w:rsidRPr="00FC72E9">
        <w:rPr>
          <w:lang w:val="nl-NL"/>
        </w:rPr>
        <w:t>Schrijf op wanneer je dit gaat doen.</w:t>
      </w:r>
    </w:p>
    <w:p w14:paraId="3F77F672" w14:textId="568AD2D5" w:rsidR="007B727A" w:rsidRDefault="007B727A" w:rsidP="00FC72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lang w:val="nl-NL"/>
        </w:rPr>
      </w:pPr>
    </w:p>
    <w:p w14:paraId="26C724CD" w14:textId="40DB83C5" w:rsidR="00FC72E9" w:rsidRDefault="00FC72E9" w:rsidP="00FC72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lang w:val="nl-NL"/>
        </w:rPr>
      </w:pPr>
    </w:p>
    <w:p w14:paraId="405AF85B" w14:textId="77777777" w:rsidR="00FC72E9" w:rsidRPr="00FC72E9" w:rsidRDefault="00FC72E9" w:rsidP="00FC72E9">
      <w:pPr>
        <w:spacing w:after="0" w:line="240" w:lineRule="auto"/>
        <w:rPr>
          <w:lang w:val="nl-NL"/>
        </w:rPr>
      </w:pPr>
    </w:p>
    <w:p w14:paraId="78363DAA" w14:textId="77777777" w:rsidR="007B727A" w:rsidRPr="00FC72E9" w:rsidRDefault="00252BD0" w:rsidP="00FC72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sz w:val="24"/>
          <w:szCs w:val="24"/>
          <w:lang w:val="nl-NL"/>
        </w:rPr>
      </w:pPr>
      <w:r w:rsidRPr="00FC72E9">
        <w:rPr>
          <w:sz w:val="24"/>
          <w:szCs w:val="24"/>
          <w:lang w:val="nl-NL"/>
        </w:rPr>
        <w:t>5. Waar wil je deze week extra van genieten?</w:t>
      </w:r>
    </w:p>
    <w:p w14:paraId="53E8A32F" w14:textId="6389A78A" w:rsidR="007B727A" w:rsidRPr="00FC72E9" w:rsidRDefault="00252BD0" w:rsidP="00FC72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lang w:val="nl-NL"/>
        </w:rPr>
      </w:pPr>
      <w:r w:rsidRPr="00FC72E9">
        <w:rPr>
          <w:lang w:val="nl-NL"/>
        </w:rPr>
        <w:t xml:space="preserve">Bijvoorbeeld: wandelen, sporten, koffie in de zon, lezen, tijd met je </w:t>
      </w:r>
      <w:r w:rsidR="00FC72E9" w:rsidRPr="00FC72E9">
        <w:rPr>
          <w:lang w:val="nl-NL"/>
        </w:rPr>
        <w:t xml:space="preserve">vrienden of </w:t>
      </w:r>
      <w:r w:rsidRPr="00FC72E9">
        <w:rPr>
          <w:lang w:val="nl-NL"/>
        </w:rPr>
        <w:t>gezin.</w:t>
      </w:r>
    </w:p>
    <w:p w14:paraId="1EC928CE" w14:textId="2DA40BC9" w:rsidR="007B727A" w:rsidRDefault="007B727A" w:rsidP="00FC72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lang w:val="nl-NL"/>
        </w:rPr>
      </w:pPr>
    </w:p>
    <w:p w14:paraId="0964F996" w14:textId="77777777" w:rsidR="00FC72E9" w:rsidRPr="00FC72E9" w:rsidRDefault="00FC72E9" w:rsidP="00FC72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lang w:val="nl-NL"/>
        </w:rPr>
      </w:pPr>
    </w:p>
    <w:p w14:paraId="62901817" w14:textId="77777777" w:rsidR="00FC72E9" w:rsidRDefault="00FC72E9" w:rsidP="00FC72E9">
      <w:pPr>
        <w:spacing w:after="0" w:line="240" w:lineRule="auto"/>
        <w:rPr>
          <w:sz w:val="24"/>
          <w:szCs w:val="24"/>
          <w:lang w:val="nl-NL"/>
        </w:rPr>
      </w:pPr>
    </w:p>
    <w:p w14:paraId="5628F682" w14:textId="77777777" w:rsidR="00FC72E9" w:rsidRDefault="00FC72E9" w:rsidP="00FC72E9">
      <w:pPr>
        <w:spacing w:after="0" w:line="240" w:lineRule="auto"/>
        <w:rPr>
          <w:sz w:val="24"/>
          <w:szCs w:val="24"/>
          <w:lang w:val="nl-NL"/>
        </w:rPr>
      </w:pPr>
    </w:p>
    <w:p w14:paraId="2FE5C857" w14:textId="77777777" w:rsidR="00FC72E9" w:rsidRDefault="00FC72E9" w:rsidP="00FC72E9">
      <w:pPr>
        <w:spacing w:after="0" w:line="240" w:lineRule="auto"/>
        <w:rPr>
          <w:sz w:val="24"/>
          <w:szCs w:val="24"/>
          <w:lang w:val="nl-NL"/>
        </w:rPr>
      </w:pPr>
    </w:p>
    <w:p w14:paraId="262F1B70" w14:textId="74C12B6B" w:rsidR="007B727A" w:rsidRPr="00FC72E9" w:rsidRDefault="00FC72E9" w:rsidP="00FC72E9">
      <w:pPr>
        <w:pBdr>
          <w:bottom w:val="single" w:sz="4" w:space="1" w:color="auto"/>
        </w:pBdr>
        <w:spacing w:after="0" w:line="240" w:lineRule="auto"/>
        <w:rPr>
          <w:color w:val="FFC000"/>
          <w:sz w:val="28"/>
          <w:szCs w:val="28"/>
          <w:lang w:val="nl-NL"/>
        </w:rPr>
      </w:pPr>
      <w:r w:rsidRPr="00FC72E9">
        <w:rPr>
          <w:color w:val="FFC000"/>
          <w:sz w:val="28"/>
          <w:szCs w:val="28"/>
          <w:lang w:val="nl-NL"/>
        </w:rPr>
        <w:t>Terugblik aan het e</w:t>
      </w:r>
      <w:r w:rsidR="00252BD0" w:rsidRPr="00FC72E9">
        <w:rPr>
          <w:color w:val="FFC000"/>
          <w:sz w:val="28"/>
          <w:szCs w:val="28"/>
          <w:lang w:val="nl-NL"/>
        </w:rPr>
        <w:t>inde van de week</w:t>
      </w:r>
    </w:p>
    <w:p w14:paraId="7B4F3CC8" w14:textId="77777777" w:rsidR="00252BD0" w:rsidRDefault="00252BD0" w:rsidP="00FC72E9">
      <w:pPr>
        <w:spacing w:after="0" w:line="240" w:lineRule="auto"/>
        <w:rPr>
          <w:rFonts w:ascii="Segoe UI Symbol" w:hAnsi="Segoe UI Symbol" w:cs="Segoe UI Symbol"/>
          <w:lang w:val="nl-NL"/>
        </w:rPr>
      </w:pPr>
    </w:p>
    <w:p w14:paraId="783C5ECB" w14:textId="4A6E70C6" w:rsidR="007B727A" w:rsidRPr="00FC72E9" w:rsidRDefault="00252BD0" w:rsidP="00FC72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lang w:val="nl-NL"/>
        </w:rPr>
      </w:pPr>
      <w:r w:rsidRPr="00FC72E9">
        <w:rPr>
          <w:rFonts w:ascii="Segoe UI Symbol" w:hAnsi="Segoe UI Symbol" w:cs="Segoe UI Symbol"/>
          <w:lang w:val="nl-NL"/>
        </w:rPr>
        <w:t>✓</w:t>
      </w:r>
      <w:r w:rsidRPr="00FC72E9">
        <w:rPr>
          <w:lang w:val="nl-NL"/>
        </w:rPr>
        <w:t xml:space="preserve"> Waar ben je het meest trots op?</w:t>
      </w:r>
    </w:p>
    <w:p w14:paraId="71959351" w14:textId="12417DE5" w:rsidR="00FC72E9" w:rsidRDefault="00FC72E9" w:rsidP="00FC72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lang w:val="nl-NL"/>
        </w:rPr>
      </w:pPr>
    </w:p>
    <w:p w14:paraId="75876A38" w14:textId="77777777" w:rsidR="00FC72E9" w:rsidRPr="00FC72E9" w:rsidRDefault="00FC72E9" w:rsidP="00FC72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lang w:val="nl-NL"/>
        </w:rPr>
      </w:pPr>
    </w:p>
    <w:p w14:paraId="62138A35" w14:textId="77777777" w:rsidR="00FC72E9" w:rsidRDefault="00FC72E9" w:rsidP="00FC72E9">
      <w:pPr>
        <w:spacing w:after="0" w:line="240" w:lineRule="auto"/>
        <w:rPr>
          <w:rFonts w:ascii="Segoe UI Symbol" w:hAnsi="Segoe UI Symbol" w:cs="Segoe UI Symbol"/>
          <w:lang w:val="nl-NL"/>
        </w:rPr>
      </w:pPr>
    </w:p>
    <w:p w14:paraId="030FF235" w14:textId="0A75BE55" w:rsidR="007B727A" w:rsidRPr="00FC72E9" w:rsidRDefault="00252BD0" w:rsidP="00FC72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lang w:val="nl-NL"/>
        </w:rPr>
      </w:pPr>
      <w:r w:rsidRPr="00FC72E9">
        <w:rPr>
          <w:rFonts w:ascii="Segoe UI Symbol" w:hAnsi="Segoe UI Symbol" w:cs="Segoe UI Symbol"/>
          <w:lang w:val="nl-NL"/>
        </w:rPr>
        <w:t>✓</w:t>
      </w:r>
      <w:r w:rsidRPr="00FC72E9">
        <w:rPr>
          <w:lang w:val="nl-NL"/>
        </w:rPr>
        <w:t xml:space="preserve"> Wat gaf je deze week het meeste rust?</w:t>
      </w:r>
    </w:p>
    <w:p w14:paraId="15CB988C" w14:textId="73037D53" w:rsidR="007B727A" w:rsidRDefault="007B727A" w:rsidP="00FC72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lang w:val="nl-NL"/>
        </w:rPr>
      </w:pPr>
    </w:p>
    <w:p w14:paraId="67EBD9F4" w14:textId="77777777" w:rsidR="00FC72E9" w:rsidRPr="00FC72E9" w:rsidRDefault="00FC72E9" w:rsidP="00FC72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lang w:val="nl-NL"/>
        </w:rPr>
      </w:pPr>
    </w:p>
    <w:p w14:paraId="71464659" w14:textId="77777777" w:rsidR="00FC72E9" w:rsidRDefault="00FC72E9" w:rsidP="00FC72E9">
      <w:pPr>
        <w:spacing w:after="0" w:line="240" w:lineRule="auto"/>
        <w:rPr>
          <w:rFonts w:ascii="Segoe UI Symbol" w:hAnsi="Segoe UI Symbol" w:cs="Segoe UI Symbol"/>
          <w:lang w:val="nl-NL"/>
        </w:rPr>
      </w:pPr>
    </w:p>
    <w:p w14:paraId="3EA7FCAB" w14:textId="22AA1076" w:rsidR="007B727A" w:rsidRPr="00FC72E9" w:rsidRDefault="00252BD0" w:rsidP="00FC72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lang w:val="nl-NL"/>
        </w:rPr>
      </w:pPr>
      <w:r w:rsidRPr="00FC72E9">
        <w:rPr>
          <w:rFonts w:ascii="Segoe UI Symbol" w:hAnsi="Segoe UI Symbol" w:cs="Segoe UI Symbol"/>
          <w:lang w:val="nl-NL"/>
        </w:rPr>
        <w:t>✓</w:t>
      </w:r>
      <w:r w:rsidRPr="00FC72E9">
        <w:rPr>
          <w:lang w:val="nl-NL"/>
        </w:rPr>
        <w:t xml:space="preserve"> Wat neem je mee naar volgende week?</w:t>
      </w:r>
    </w:p>
    <w:p w14:paraId="4D94F361" w14:textId="3005A91D" w:rsidR="007B727A" w:rsidRDefault="007B727A" w:rsidP="00FC72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lang w:val="nl-NL"/>
        </w:rPr>
      </w:pPr>
    </w:p>
    <w:p w14:paraId="64357CD9" w14:textId="77777777" w:rsidR="00FC72E9" w:rsidRPr="00FC72E9" w:rsidRDefault="00FC72E9" w:rsidP="00FC72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lang w:val="nl-NL"/>
        </w:rPr>
      </w:pPr>
    </w:p>
    <w:sectPr w:rsidR="00FC72E9" w:rsidRPr="00FC72E9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jstnummering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jstnummering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jstopsomteken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jstopsomteken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1E6981"/>
    <w:rsid w:val="00252BD0"/>
    <w:rsid w:val="0029639D"/>
    <w:rsid w:val="00326F90"/>
    <w:rsid w:val="00447446"/>
    <w:rsid w:val="007B727A"/>
    <w:rsid w:val="00AA1D8D"/>
    <w:rsid w:val="00B47730"/>
    <w:rsid w:val="00CB0664"/>
    <w:rsid w:val="00FC693F"/>
    <w:rsid w:val="00FC72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1904424"/>
  <w14:defaultImageDpi w14:val="300"/>
  <w15:docId w15:val="{6B7E0212-B9EE-46CD-A62A-3907E6D490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C693F"/>
  </w:style>
  <w:style w:type="paragraph" w:styleId="Kop1">
    <w:name w:val="heading 1"/>
    <w:basedOn w:val="Standaard"/>
    <w:next w:val="Standaard"/>
    <w:link w:val="Kop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618BF"/>
  </w:style>
  <w:style w:type="paragraph" w:styleId="Voettekst">
    <w:name w:val="footer"/>
    <w:basedOn w:val="Standaard"/>
    <w:link w:val="Voetteks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618BF"/>
  </w:style>
  <w:style w:type="paragraph" w:styleId="Geenafstand">
    <w:name w:val="No Spacing"/>
    <w:uiPriority w:val="1"/>
    <w:qFormat/>
    <w:rsid w:val="00FC693F"/>
    <w:pPr>
      <w:spacing w:after="0" w:line="240" w:lineRule="auto"/>
    </w:pPr>
  </w:style>
  <w:style w:type="character" w:customStyle="1" w:styleId="Kop1Char">
    <w:name w:val="Kop 1 Char"/>
    <w:basedOn w:val="Standaardalinea-lettertype"/>
    <w:link w:val="Kop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el">
    <w:name w:val="Title"/>
    <w:basedOn w:val="Standaard"/>
    <w:next w:val="Standaard"/>
    <w:link w:val="Titel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jstalinea">
    <w:name w:val="List Paragraph"/>
    <w:basedOn w:val="Standaard"/>
    <w:uiPriority w:val="34"/>
    <w:qFormat/>
    <w:rsid w:val="00FC693F"/>
    <w:pPr>
      <w:ind w:left="720"/>
      <w:contextualSpacing/>
    </w:pPr>
  </w:style>
  <w:style w:type="paragraph" w:styleId="Plattetekst">
    <w:name w:val="Body Text"/>
    <w:basedOn w:val="Standaard"/>
    <w:link w:val="PlattetekstChar"/>
    <w:uiPriority w:val="99"/>
    <w:unhideWhenUsed/>
    <w:rsid w:val="00AA1D8D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rsid w:val="00AA1D8D"/>
  </w:style>
  <w:style w:type="paragraph" w:styleId="Plattetekst2">
    <w:name w:val="Body Text 2"/>
    <w:basedOn w:val="Standaard"/>
    <w:link w:val="Plattetekst2Char"/>
    <w:uiPriority w:val="99"/>
    <w:unhideWhenUsed/>
    <w:rsid w:val="00AA1D8D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rsid w:val="00AA1D8D"/>
  </w:style>
  <w:style w:type="paragraph" w:styleId="Plattetekst3">
    <w:name w:val="Body Text 3"/>
    <w:basedOn w:val="Standaard"/>
    <w:link w:val="Platteteks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rsid w:val="00AA1D8D"/>
    <w:rPr>
      <w:sz w:val="16"/>
      <w:szCs w:val="16"/>
    </w:rPr>
  </w:style>
  <w:style w:type="paragraph" w:styleId="Lijst">
    <w:name w:val="List"/>
    <w:basedOn w:val="Standaard"/>
    <w:uiPriority w:val="99"/>
    <w:unhideWhenUsed/>
    <w:rsid w:val="00AA1D8D"/>
    <w:pPr>
      <w:ind w:left="360" w:hanging="360"/>
      <w:contextualSpacing/>
    </w:pPr>
  </w:style>
  <w:style w:type="paragraph" w:styleId="Lijst2">
    <w:name w:val="List 2"/>
    <w:basedOn w:val="Standaard"/>
    <w:uiPriority w:val="99"/>
    <w:unhideWhenUsed/>
    <w:rsid w:val="00326F90"/>
    <w:pPr>
      <w:ind w:left="720" w:hanging="360"/>
      <w:contextualSpacing/>
    </w:pPr>
  </w:style>
  <w:style w:type="paragraph" w:styleId="Lijst3">
    <w:name w:val="List 3"/>
    <w:basedOn w:val="Standaard"/>
    <w:uiPriority w:val="99"/>
    <w:unhideWhenUsed/>
    <w:rsid w:val="00326F90"/>
    <w:pPr>
      <w:ind w:left="1080" w:hanging="360"/>
      <w:contextualSpacing/>
    </w:pPr>
  </w:style>
  <w:style w:type="paragraph" w:styleId="Lijstopsomteken">
    <w:name w:val="List Bullet"/>
    <w:basedOn w:val="Standaard"/>
    <w:uiPriority w:val="99"/>
    <w:unhideWhenUsed/>
    <w:rsid w:val="00326F90"/>
    <w:pPr>
      <w:numPr>
        <w:numId w:val="1"/>
      </w:numPr>
      <w:contextualSpacing/>
    </w:pPr>
  </w:style>
  <w:style w:type="paragraph" w:styleId="Lijstopsomteken2">
    <w:name w:val="List Bullet 2"/>
    <w:basedOn w:val="Standaard"/>
    <w:uiPriority w:val="99"/>
    <w:unhideWhenUsed/>
    <w:rsid w:val="00326F90"/>
    <w:pPr>
      <w:numPr>
        <w:numId w:val="2"/>
      </w:numPr>
      <w:contextualSpacing/>
    </w:pPr>
  </w:style>
  <w:style w:type="paragraph" w:styleId="Lijstopsomteken3">
    <w:name w:val="List Bullet 3"/>
    <w:basedOn w:val="Standaard"/>
    <w:uiPriority w:val="99"/>
    <w:unhideWhenUsed/>
    <w:rsid w:val="00326F90"/>
    <w:pPr>
      <w:numPr>
        <w:numId w:val="3"/>
      </w:numPr>
      <w:contextualSpacing/>
    </w:pPr>
  </w:style>
  <w:style w:type="paragraph" w:styleId="Lijstnummering">
    <w:name w:val="List Number"/>
    <w:basedOn w:val="Standaard"/>
    <w:uiPriority w:val="99"/>
    <w:unhideWhenUsed/>
    <w:rsid w:val="00326F90"/>
    <w:pPr>
      <w:numPr>
        <w:numId w:val="5"/>
      </w:numPr>
      <w:contextualSpacing/>
    </w:pPr>
  </w:style>
  <w:style w:type="paragraph" w:styleId="Lijstnummering2">
    <w:name w:val="List Number 2"/>
    <w:basedOn w:val="Standaard"/>
    <w:uiPriority w:val="99"/>
    <w:unhideWhenUsed/>
    <w:rsid w:val="0029639D"/>
    <w:pPr>
      <w:numPr>
        <w:numId w:val="6"/>
      </w:numPr>
      <w:contextualSpacing/>
    </w:pPr>
  </w:style>
  <w:style w:type="paragraph" w:styleId="Lijstnummering3">
    <w:name w:val="List Number 3"/>
    <w:basedOn w:val="Standaard"/>
    <w:uiPriority w:val="99"/>
    <w:unhideWhenUsed/>
    <w:rsid w:val="0029639D"/>
    <w:pPr>
      <w:numPr>
        <w:numId w:val="7"/>
      </w:numPr>
      <w:contextualSpacing/>
    </w:pPr>
  </w:style>
  <w:style w:type="paragraph" w:styleId="Lijstvoortzetting">
    <w:name w:val="List Continue"/>
    <w:basedOn w:val="Standaard"/>
    <w:uiPriority w:val="99"/>
    <w:unhideWhenUsed/>
    <w:rsid w:val="0029639D"/>
    <w:pPr>
      <w:spacing w:after="120"/>
      <w:ind w:left="360"/>
      <w:contextualSpacing/>
    </w:pPr>
  </w:style>
  <w:style w:type="paragraph" w:styleId="Lijstvoortzetting2">
    <w:name w:val="List Continue 2"/>
    <w:basedOn w:val="Standaard"/>
    <w:uiPriority w:val="99"/>
    <w:unhideWhenUsed/>
    <w:rsid w:val="0029639D"/>
    <w:pPr>
      <w:spacing w:after="120"/>
      <w:ind w:left="720"/>
      <w:contextualSpacing/>
    </w:pPr>
  </w:style>
  <w:style w:type="paragraph" w:styleId="Lijstvoortzetting3">
    <w:name w:val="List Continue 3"/>
    <w:basedOn w:val="Standaard"/>
    <w:uiPriority w:val="99"/>
    <w:unhideWhenUsed/>
    <w:rsid w:val="0029639D"/>
    <w:pPr>
      <w:spacing w:after="120"/>
      <w:ind w:left="1080"/>
      <w:contextualSpacing/>
    </w:pPr>
  </w:style>
  <w:style w:type="paragraph" w:styleId="Macrotekst">
    <w:name w:val="macro"/>
    <w:link w:val="Macroteks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kstChar">
    <w:name w:val="Macrotekst Char"/>
    <w:basedOn w:val="Standaardalinea-lettertype"/>
    <w:link w:val="Macrotekst"/>
    <w:uiPriority w:val="99"/>
    <w:rsid w:val="0029639D"/>
    <w:rPr>
      <w:rFonts w:ascii="Courier" w:hAnsi="Courier"/>
      <w:sz w:val="20"/>
      <w:szCs w:val="20"/>
    </w:rPr>
  </w:style>
  <w:style w:type="paragraph" w:styleId="Citaat">
    <w:name w:val="Quote"/>
    <w:basedOn w:val="Standaard"/>
    <w:next w:val="Standaard"/>
    <w:link w:val="CitaatChar"/>
    <w:uiPriority w:val="29"/>
    <w:qFormat/>
    <w:rsid w:val="00FC693F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FC693F"/>
    <w:rPr>
      <w:i/>
      <w:iCs/>
      <w:color w:val="000000" w:themeColor="text1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Zwaar">
    <w:name w:val="Strong"/>
    <w:basedOn w:val="Standaardalinea-lettertype"/>
    <w:uiPriority w:val="22"/>
    <w:qFormat/>
    <w:rsid w:val="00FC693F"/>
    <w:rPr>
      <w:b/>
      <w:bCs/>
    </w:rPr>
  </w:style>
  <w:style w:type="character" w:styleId="Nadruk">
    <w:name w:val="Emphasis"/>
    <w:basedOn w:val="Standaardalinea-lettertype"/>
    <w:uiPriority w:val="20"/>
    <w:qFormat/>
    <w:rsid w:val="00FC693F"/>
    <w:rPr>
      <w:i/>
      <w:iCs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C693F"/>
    <w:rPr>
      <w:b/>
      <w:bCs/>
      <w:i/>
      <w:iCs/>
      <w:color w:val="4F81BD" w:themeColor="accent1"/>
    </w:rPr>
  </w:style>
  <w:style w:type="character" w:styleId="Subtielebenadrukking">
    <w:name w:val="Subtle Emphasis"/>
    <w:basedOn w:val="Standaardalinea-lettertype"/>
    <w:uiPriority w:val="19"/>
    <w:qFormat/>
    <w:rsid w:val="00FC693F"/>
    <w:rPr>
      <w:i/>
      <w:iCs/>
      <w:color w:val="808080" w:themeColor="text1" w:themeTint="7F"/>
    </w:rPr>
  </w:style>
  <w:style w:type="character" w:styleId="Intensievebenadrukking">
    <w:name w:val="Intense Emphasis"/>
    <w:basedOn w:val="Standaardalinea-lettertype"/>
    <w:uiPriority w:val="21"/>
    <w:qFormat/>
    <w:rsid w:val="00FC693F"/>
    <w:rPr>
      <w:b/>
      <w:bCs/>
      <w:i/>
      <w:iCs/>
      <w:color w:val="4F81BD" w:themeColor="accent1"/>
    </w:rPr>
  </w:style>
  <w:style w:type="character" w:styleId="Subtieleverwijzing">
    <w:name w:val="Subtle Reference"/>
    <w:basedOn w:val="Standaardalinea-lettertype"/>
    <w:uiPriority w:val="31"/>
    <w:qFormat/>
    <w:rsid w:val="00FC693F"/>
    <w:rPr>
      <w:smallCaps/>
      <w:color w:val="C0504D" w:themeColor="accent2"/>
      <w:u w:val="single"/>
    </w:rPr>
  </w:style>
  <w:style w:type="character" w:styleId="Intensieveverwijzing">
    <w:name w:val="Intense Reference"/>
    <w:basedOn w:val="Standaardalinea-lettertype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qFormat/>
    <w:rsid w:val="00FC693F"/>
    <w:rPr>
      <w:b/>
      <w:bCs/>
      <w:smallCaps/>
      <w:spacing w:val="5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FC693F"/>
    <w:pPr>
      <w:outlineLvl w:val="9"/>
    </w:pPr>
  </w:style>
  <w:style w:type="table" w:styleId="Tabelraster">
    <w:name w:val="Table Grid"/>
    <w:basedOn w:val="Standaardtabe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chtearcering">
    <w:name w:val="Light Shading"/>
    <w:basedOn w:val="Standaardtabe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chtearcering-accent2">
    <w:name w:val="Light Shading Accent 2"/>
    <w:basedOn w:val="Standaardtabe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chtearcering-accent3">
    <w:name w:val="Light Shading Accent 3"/>
    <w:basedOn w:val="Standaardtabe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chtearcering-accent4">
    <w:name w:val="Light Shading Accent 4"/>
    <w:basedOn w:val="Standaardtabe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chtearcering-accent5">
    <w:name w:val="Light Shading Accent 5"/>
    <w:basedOn w:val="Standaardtabe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chtearcering-accent6">
    <w:name w:val="Light Shading Accent 6"/>
    <w:basedOn w:val="Standaardtabe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chtelijst">
    <w:name w:val="Light List"/>
    <w:basedOn w:val="Standaardtabe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chtelijst-accent1">
    <w:name w:val="Light List Accent 1"/>
    <w:basedOn w:val="Standaardtabe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chtelijst-accent2">
    <w:name w:val="Light List Accent 2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chtelijst-accent3">
    <w:name w:val="Light List Accent 3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chtelijst-accent4">
    <w:name w:val="Light List Accent 4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chtelijst-accent5">
    <w:name w:val="Light List Accent 5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chtelijst-accent6">
    <w:name w:val="Light List Accent 6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chtraster">
    <w:name w:val="Light Grid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chtraster-accent1">
    <w:name w:val="Light Grid Accent 1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chtraster-accent2">
    <w:name w:val="Light Grid Accent 2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chtraster-accent3">
    <w:name w:val="Light Grid Accent 3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chtraster-accent4">
    <w:name w:val="Light Grid Accent 4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chtraster-accent5">
    <w:name w:val="Light Grid Accent 5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chtraster-accent6">
    <w:name w:val="Light Grid Accent 6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Gemiddeldearcering1">
    <w:name w:val="Medium Shading 1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6">
    <w:name w:val="Medium Shading 2 Accent 6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lijst1">
    <w:name w:val="Medium List 1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Gemiddeldelijst1-accent1">
    <w:name w:val="Medium List 1 Accent 1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Gemiddeldelijst1-accent2">
    <w:name w:val="Medium List 1 Accent 2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Gemiddeldelijst1-accent3">
    <w:name w:val="Medium List 1 Accent 3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Gemiddeldelijst1-accent4">
    <w:name w:val="Medium List 1 Accent 4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Gemiddeldelijst1-accent5">
    <w:name w:val="Medium List 1 Accent 5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Gemiddeldelijst1-accent6">
    <w:name w:val="Medium List 1 Accent 6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Gemiddeldelijst2">
    <w:name w:val="Medium List 2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6">
    <w:name w:val="Medium List 2 Accent 6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raster1">
    <w:name w:val="Medium Grid 1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emiddeldraster1-accent1">
    <w:name w:val="Medium Grid 1 Accent 1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emiddeldraster1-accent2">
    <w:name w:val="Medium Grid 1 Accent 2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emiddeldraster1-accent3">
    <w:name w:val="Medium Grid 1 Accent 3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emiddeldraster1-accent4">
    <w:name w:val="Medium Grid 1 Accent 4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emiddeldraster1-accent5">
    <w:name w:val="Medium Grid 1 Accent 5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emiddeldraster1-accent6">
    <w:name w:val="Medium Grid 1 Accent 6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emiddeldraster2">
    <w:name w:val="Medium Grid 2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6">
    <w:name w:val="Medium Grid 2 Accent 6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3">
    <w:name w:val="Medium Grid 3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emiddeldraster3-accent1">
    <w:name w:val="Medium Grid 3 Accent 1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emiddeldraster3-accent2">
    <w:name w:val="Medium Grid 3 Accent 2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emiddeldraster3-accent3">
    <w:name w:val="Medium Grid 3 Accent 3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emiddeldraster3-accent4">
    <w:name w:val="Medium Grid 3 Accent 4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emiddeldraster3-accent5">
    <w:name w:val="Medium Grid 3 Accent 5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emiddeldraster3-accent6">
    <w:name w:val="Medium Grid 3 Accent 6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onkerelijst">
    <w:name w:val="Dark List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onkerelijst-accent1">
    <w:name w:val="Dark List Accent 1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onkerelijst-accent2">
    <w:name w:val="Dark List Accent 2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onkerelijst-accent3">
    <w:name w:val="Dark List Accent 3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onkerelijst-accent4">
    <w:name w:val="Dark List Accent 4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onkerelijst-accent5">
    <w:name w:val="Dark List Accent 5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onkerelijst-accent6">
    <w:name w:val="Dark List Accent 6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leurrijkearcering">
    <w:name w:val="Colorful Shading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1">
    <w:name w:val="Colorful Shading Accent 1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2">
    <w:name w:val="Colorful Shading Accent 2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3">
    <w:name w:val="Colorful Shading Accent 3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leurrijkearcering-accent4">
    <w:name w:val="Colorful Shading Accent 4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5">
    <w:name w:val="Colorful Shading Accent 5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6">
    <w:name w:val="Colorful Shading Accent 6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lijst">
    <w:name w:val="Colorful List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leurrijkelijst-accent1">
    <w:name w:val="Colorful List Accent 1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leurrijkelijst-accent2">
    <w:name w:val="Colorful List Accent 2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leurrijkelijst-accent3">
    <w:name w:val="Colorful List Accent 3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leurrijkelijst-accent4">
    <w:name w:val="Colorful List Accent 4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leurrijkelijst-accent5">
    <w:name w:val="Colorful List Accent 5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leurrijkelijst-accent6">
    <w:name w:val="Colorful List Accent 6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leurrijkraster">
    <w:name w:val="Colorful Grid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leurrijkraster-accent1">
    <w:name w:val="Colorful Grid Accent 1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leurrijkraster-accent2">
    <w:name w:val="Colorful Grid Accent 2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leurrijkraster-accent3">
    <w:name w:val="Colorful Grid Accent 3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leurrijkraster-accent4">
    <w:name w:val="Colorful Grid Accent 4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leurrijkraster-accent5">
    <w:name w:val="Colorful Grid Accent 5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leurrijkraster-accent6">
    <w:name w:val="Colorful Grid Accent 6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149</Words>
  <Characters>823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971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Joline Reitsma</cp:lastModifiedBy>
  <cp:revision>8</cp:revision>
  <dcterms:created xsi:type="dcterms:W3CDTF">2026-07-08T14:29:00Z</dcterms:created>
  <dcterms:modified xsi:type="dcterms:W3CDTF">2026-09-11T17:09:00Z</dcterms:modified>
  <cp:category/>
</cp:coreProperties>
</file>